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1D79" w14:textId="7B3EFABE" w:rsidR="00915CB2" w:rsidRDefault="00915CB2" w:rsidP="00915CB2">
      <w:pPr>
        <w:pStyle w:val="Title"/>
      </w:pPr>
      <w:r>
        <w:t>AQA GCSE German– Reading Aloud Follow-up Questions</w:t>
      </w:r>
    </w:p>
    <w:p w14:paraId="7630A810" w14:textId="67570FF3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</w:t>
      </w:r>
    </w:p>
    <w:p w14:paraId="43AC5A7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Wann hast du Geburtstag?</w:t>
      </w:r>
    </w:p>
    <w:p w14:paraId="4617230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deinen besten Freund oder deine beste Freundin.</w:t>
      </w:r>
    </w:p>
    <w:p w14:paraId="00A7AC4C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mit deinen Freunden?</w:t>
      </w:r>
    </w:p>
    <w:p w14:paraId="3B89908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Tiere?</w:t>
      </w:r>
    </w:p>
    <w:p w14:paraId="277AC910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2</w:t>
      </w:r>
    </w:p>
    <w:p w14:paraId="2C80425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oft gehst du joggen?</w:t>
      </w:r>
    </w:p>
    <w:p w14:paraId="4F7D705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am Wochenende?</w:t>
      </w:r>
    </w:p>
    <w:p w14:paraId="1A4BEC63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Fastfood?</w:t>
      </w:r>
    </w:p>
    <w:p w14:paraId="6DB85493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trinkst du gern?</w:t>
      </w:r>
    </w:p>
    <w:p w14:paraId="53917799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3</w:t>
      </w:r>
    </w:p>
    <w:p w14:paraId="0EA60D84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in der Sportstunde?</w:t>
      </w:r>
    </w:p>
    <w:p w14:paraId="136127C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Hausaufgaben?</w:t>
      </w:r>
    </w:p>
    <w:p w14:paraId="113F677E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deine Schuluniform.</w:t>
      </w:r>
    </w:p>
    <w:p w14:paraId="487205B8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in der Pause?</w:t>
      </w:r>
    </w:p>
    <w:p w14:paraId="59523F7B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4</w:t>
      </w:r>
    </w:p>
    <w:p w14:paraId="435A3124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Sport?</w:t>
      </w:r>
    </w:p>
    <w:p w14:paraId="761C1BA6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zu Hause in deiner Freizeit?</w:t>
      </w:r>
    </w:p>
    <w:p w14:paraId="2F5DACE3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oft gehst du ins Kino?</w:t>
      </w:r>
    </w:p>
    <w:p w14:paraId="37BE446D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deinen Lieblingsfilm.</w:t>
      </w:r>
    </w:p>
    <w:p w14:paraId="1953D9C6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lastRenderedPageBreak/>
        <w:t>Reading Aloud Task 5</w:t>
      </w:r>
    </w:p>
    <w:p w14:paraId="40D6420B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ist dein Lieblingsfest?</w:t>
      </w:r>
    </w:p>
    <w:p w14:paraId="76B073E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in den Weihnachtsferien?</w:t>
      </w:r>
    </w:p>
    <w:p w14:paraId="6A5BC2A1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oft gehst du auf Partys?</w:t>
      </w:r>
    </w:p>
    <w:p w14:paraId="5D46869C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Welche Musik hörst du gern?</w:t>
      </w:r>
    </w:p>
    <w:p w14:paraId="75A6ECA1" w14:textId="77777777" w:rsidR="00FB273F" w:rsidRDefault="00CF66C3">
      <w:pPr>
        <w:pStyle w:val="Heading1"/>
      </w:pPr>
      <w:r>
        <w:t>Reading Aloud Task 6</w:t>
      </w:r>
    </w:p>
    <w:p w14:paraId="1FD0D427" w14:textId="77777777" w:rsidR="00FB273F" w:rsidRDefault="00CF66C3">
      <w:r>
        <w:t xml:space="preserve">- Wann </w:t>
      </w:r>
      <w:proofErr w:type="spellStart"/>
      <w:r>
        <w:t>hörst</w:t>
      </w:r>
      <w:proofErr w:type="spellEnd"/>
      <w:r>
        <w:t xml:space="preserve"> du Musik?</w:t>
      </w:r>
    </w:p>
    <w:p w14:paraId="296792CB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Welche Musik magst du?</w:t>
      </w:r>
    </w:p>
    <w:p w14:paraId="0577392F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deinen Lieblingsmusikstar.</w:t>
      </w:r>
    </w:p>
    <w:p w14:paraId="49D985D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die sozialen Medien?</w:t>
      </w:r>
    </w:p>
    <w:p w14:paraId="38F01A57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7</w:t>
      </w:r>
    </w:p>
    <w:p w14:paraId="6E2F4CE6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oft gehst du schwimmen?</w:t>
      </w:r>
    </w:p>
    <w:p w14:paraId="27A616D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die Sommerferien?</w:t>
      </w:r>
    </w:p>
    <w:p w14:paraId="29C6A5D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ist das Wetter in deiner Gegend?</w:t>
      </w:r>
    </w:p>
    <w:p w14:paraId="44D53FB6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gibt es hier für Touristen?</w:t>
      </w:r>
    </w:p>
    <w:p w14:paraId="43FA06B4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8</w:t>
      </w:r>
    </w:p>
    <w:p w14:paraId="69DFFC3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oft benutzt du ein Handy?</w:t>
      </w:r>
    </w:p>
    <w:p w14:paraId="50DB6EC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im Internet?</w:t>
      </w:r>
    </w:p>
    <w:p w14:paraId="0D355C8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Filme online?</w:t>
      </w:r>
    </w:p>
    <w:p w14:paraId="532B5C2B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sind die Computer in deiner Schule?</w:t>
      </w:r>
    </w:p>
    <w:p w14:paraId="417BAF25" w14:textId="77777777" w:rsidR="00FB273F" w:rsidRDefault="00CF66C3">
      <w:pPr>
        <w:pStyle w:val="Heading1"/>
      </w:pPr>
      <w:r>
        <w:t>Reading Aloud Task 9</w:t>
      </w:r>
    </w:p>
    <w:p w14:paraId="40FAE9E5" w14:textId="77777777" w:rsidR="00FB273F" w:rsidRDefault="00CF66C3">
      <w:r>
        <w:t xml:space="preserve">- Wo </w:t>
      </w:r>
      <w:proofErr w:type="spellStart"/>
      <w:r>
        <w:t>wohnst</w:t>
      </w:r>
      <w:proofErr w:type="spellEnd"/>
      <w:r>
        <w:t xml:space="preserve"> du?</w:t>
      </w:r>
    </w:p>
    <w:p w14:paraId="74EBCCA8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zu Hause?</w:t>
      </w:r>
    </w:p>
    <w:p w14:paraId="15173A6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deine Stadt.</w:t>
      </w:r>
    </w:p>
    <w:p w14:paraId="37282E2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das Wetter hier?</w:t>
      </w:r>
    </w:p>
    <w:p w14:paraId="1B7F5281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lastRenderedPageBreak/>
        <w:t>Reading Aloud Task 10</w:t>
      </w:r>
    </w:p>
    <w:p w14:paraId="7E8CEB83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die Lehrer in deiner Schule?</w:t>
      </w:r>
    </w:p>
    <w:p w14:paraId="7F33F9D2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einen guten Freund oder eine gute Freundin.</w:t>
      </w:r>
    </w:p>
    <w:p w14:paraId="0803E99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gern mit Freunden?</w:t>
      </w:r>
    </w:p>
    <w:p w14:paraId="1925533F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für eine Person bist du?</w:t>
      </w:r>
    </w:p>
    <w:p w14:paraId="47F7685C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11</w:t>
      </w:r>
    </w:p>
    <w:p w14:paraId="796B6E68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für deine Fitness?</w:t>
      </w:r>
    </w:p>
    <w:p w14:paraId="2977759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isst du, was nicht gesund ist?</w:t>
      </w:r>
    </w:p>
    <w:p w14:paraId="66E69AE3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Rauchen?</w:t>
      </w:r>
    </w:p>
    <w:p w14:paraId="37D0D46D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für Sport machen deine Freunde?</w:t>
      </w:r>
    </w:p>
    <w:p w14:paraId="61722AE5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12</w:t>
      </w:r>
    </w:p>
    <w:p w14:paraId="73E4701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Deutsch lernen?</w:t>
      </w:r>
    </w:p>
    <w:p w14:paraId="1DAD784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kann man machen, um gute Noten zu bekommen?</w:t>
      </w:r>
    </w:p>
    <w:p w14:paraId="22EC05C0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Wo machst du Hausaufgaben?</w:t>
      </w:r>
    </w:p>
    <w:p w14:paraId="53A554F1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deine Schuluniform.</w:t>
      </w:r>
    </w:p>
    <w:p w14:paraId="08B87241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13</w:t>
      </w:r>
    </w:p>
    <w:p w14:paraId="2703CCC8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deinen Lieblingssport.</w:t>
      </w:r>
    </w:p>
    <w:p w14:paraId="57D3CBB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nach der Schule?</w:t>
      </w:r>
    </w:p>
    <w:p w14:paraId="733B8BD0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Wann gehst du mit Freunden aus?</w:t>
      </w:r>
    </w:p>
    <w:p w14:paraId="4E6FA452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deinen Lieblingsfilm.</w:t>
      </w:r>
    </w:p>
    <w:p w14:paraId="2BFFBE13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14</w:t>
      </w:r>
    </w:p>
    <w:p w14:paraId="0D2BA20B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dein Lieblingsfest.</w:t>
      </w:r>
    </w:p>
    <w:p w14:paraId="5DF429E1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Welches Essen magst du?</w:t>
      </w:r>
    </w:p>
    <w:p w14:paraId="7AF78B2E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eine gute Party für Teenager.</w:t>
      </w:r>
    </w:p>
    <w:p w14:paraId="05A359E0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Welche Kleidung trägst du gern?</w:t>
      </w:r>
    </w:p>
    <w:p w14:paraId="66BBAB15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lastRenderedPageBreak/>
        <w:t>Reading Aloud Task 15</w:t>
      </w:r>
    </w:p>
    <w:p w14:paraId="489F341F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siehst du gern im Fernsehen oder online?</w:t>
      </w:r>
    </w:p>
    <w:p w14:paraId="1E9F6DE5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Beschreib deinen Lieblingssänger oder deine Lieblingssängerin.</w:t>
      </w:r>
    </w:p>
    <w:p w14:paraId="65479B7E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Welche Probleme gibt es für die Stars?</w:t>
      </w:r>
    </w:p>
    <w:p w14:paraId="07251E8C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sind die positiven Aspekte von den sozialen Medien?</w:t>
      </w:r>
    </w:p>
    <w:p w14:paraId="3611984F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16</w:t>
      </w:r>
    </w:p>
    <w:p w14:paraId="5C0CD20F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den Winter?</w:t>
      </w:r>
    </w:p>
    <w:p w14:paraId="72E36E9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Mit wem verbringst du gern Zeit in den Ferien?</w:t>
      </w:r>
    </w:p>
    <w:p w14:paraId="1A16EC07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 in den Ferien zu Hause?</w:t>
      </w:r>
    </w:p>
    <w:p w14:paraId="7C69998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gibt es fur Touristen in deiner Gegend?</w:t>
      </w:r>
    </w:p>
    <w:p w14:paraId="7A342A88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17</w:t>
      </w:r>
    </w:p>
    <w:p w14:paraId="3E5096B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findest du das Internet?</w:t>
      </w:r>
    </w:p>
    <w:p w14:paraId="34B2FFAA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Wie benutzt du einen Computer?</w:t>
      </w:r>
    </w:p>
    <w:p w14:paraId="5206E90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sind die positiven Aspekte von einem Handy?</w:t>
      </w:r>
    </w:p>
    <w:p w14:paraId="6E26D4A9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einen guten Film.</w:t>
      </w:r>
    </w:p>
    <w:p w14:paraId="62B941CA" w14:textId="77777777" w:rsidR="00FB273F" w:rsidRPr="00915CB2" w:rsidRDefault="00CF66C3">
      <w:pPr>
        <w:pStyle w:val="Heading1"/>
        <w:rPr>
          <w:lang w:val="de-DE"/>
        </w:rPr>
      </w:pPr>
      <w:r w:rsidRPr="00915CB2">
        <w:rPr>
          <w:lang w:val="de-DE"/>
        </w:rPr>
        <w:t>Reading Aloud Task 18</w:t>
      </w:r>
    </w:p>
    <w:p w14:paraId="781DDFE2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gibt es in deiner Stadt zu sehen?</w:t>
      </w:r>
    </w:p>
    <w:p w14:paraId="2D22EAD2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Sag mir etwas über die Geschäfte hier.</w:t>
      </w:r>
    </w:p>
    <w:p w14:paraId="2F974EBC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machst du, wenn es sonnig ist?</w:t>
      </w:r>
    </w:p>
    <w:p w14:paraId="5AB450F8" w14:textId="77777777" w:rsidR="00FB273F" w:rsidRPr="00915CB2" w:rsidRDefault="00CF66C3">
      <w:pPr>
        <w:rPr>
          <w:lang w:val="de-DE"/>
        </w:rPr>
      </w:pPr>
      <w:r w:rsidRPr="00915CB2">
        <w:rPr>
          <w:lang w:val="de-DE"/>
        </w:rPr>
        <w:t>- Was kann man zu Hause machen, um der Umwelt zu helfen?</w:t>
      </w:r>
    </w:p>
    <w:sectPr w:rsidR="00FB273F" w:rsidRPr="00915C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3573273">
    <w:abstractNumId w:val="8"/>
  </w:num>
  <w:num w:numId="2" w16cid:durableId="1036008779">
    <w:abstractNumId w:val="6"/>
  </w:num>
  <w:num w:numId="3" w16cid:durableId="565143847">
    <w:abstractNumId w:val="5"/>
  </w:num>
  <w:num w:numId="4" w16cid:durableId="2051151553">
    <w:abstractNumId w:val="4"/>
  </w:num>
  <w:num w:numId="5" w16cid:durableId="1374306313">
    <w:abstractNumId w:val="7"/>
  </w:num>
  <w:num w:numId="6" w16cid:durableId="395587322">
    <w:abstractNumId w:val="3"/>
  </w:num>
  <w:num w:numId="7" w16cid:durableId="118037500">
    <w:abstractNumId w:val="2"/>
  </w:num>
  <w:num w:numId="8" w16cid:durableId="1563440136">
    <w:abstractNumId w:val="1"/>
  </w:num>
  <w:num w:numId="9" w16cid:durableId="105311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F09"/>
    <w:rsid w:val="0015074B"/>
    <w:rsid w:val="00223605"/>
    <w:rsid w:val="0029639D"/>
    <w:rsid w:val="00326F90"/>
    <w:rsid w:val="0076090C"/>
    <w:rsid w:val="00866470"/>
    <w:rsid w:val="00915CB2"/>
    <w:rsid w:val="00AA1D8D"/>
    <w:rsid w:val="00B47730"/>
    <w:rsid w:val="00CB0664"/>
    <w:rsid w:val="00CF66C3"/>
    <w:rsid w:val="00EC1BB2"/>
    <w:rsid w:val="00F35F32"/>
    <w:rsid w:val="00F94C2D"/>
    <w:rsid w:val="00FB27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E8425E"/>
  <w14:defaultImageDpi w14:val="300"/>
  <w15:docId w15:val="{BE3E42FE-0D7B-435C-B776-CFCD2148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2484</Characters>
  <Application>Microsoft Office Word</Application>
  <DocSecurity>0</DocSecurity>
  <Lines>92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Yates, Kerry</cp:lastModifiedBy>
  <cp:revision>6</cp:revision>
  <dcterms:created xsi:type="dcterms:W3CDTF">2026-02-19T06:09:00Z</dcterms:created>
  <dcterms:modified xsi:type="dcterms:W3CDTF">2026-03-01T11:19:00Z</dcterms:modified>
  <cp:category/>
</cp:coreProperties>
</file>